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Yapay Zekâ ile Soru Üretme Atölyesi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Soru üretimini eleştirel inceleme ve iyileştirme sürecine dönüştürmek.</w:t>
      </w:r>
    </w:p>
    <w:p>
      <w:pPr>
        <w:pStyle w:val="Heading1"/>
      </w:pPr>
      <w:r>
        <w:t>Görev</w:t>
      </w:r>
    </w:p>
    <w:p>
      <w:r>
        <w:t>Üç AI soru taslağındaki en az bir sorunu tespit edip önce/sonra biçiminde iyileştir.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Hedefi belirle.</w:t>
        <w:br/>
        <w:t>Notum: ________________________________________________________________________</w:t>
      </w:r>
    </w:p>
    <w:p>
      <w:r>
        <w:t>☐ 2. Soru ölçütlerini yaz.</w:t>
        <w:br/>
        <w:t>Notum: ________________________________________________________________________</w:t>
      </w:r>
    </w:p>
    <w:p>
      <w:r>
        <w:t>☐ 3. Taslak üret.</w:t>
        <w:br/>
        <w:t>Notum: ________________________________________________________________________</w:t>
      </w:r>
    </w:p>
    <w:p>
      <w:r>
        <w:t>☐ 4. Her soruyu kaynakla kontrol et.</w:t>
        <w:br/>
        <w:t>Notum: ________________________________________________________________________</w:t>
      </w:r>
    </w:p>
    <w:p>
      <w:r>
        <w:t>☐ 5. Soruyu ve anahtarı düzelt.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Tek doğru cevap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Yaş uygunluğu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Kaynak doğruluğu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Önyargılı ifade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