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Yapay Zekâ ile Soru Üretme Atölyesi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Yapay Zekâ ile Soru Üretme Atölyesi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