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Ders Planı Tasarlama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Yapay Zekâ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AI çıktısını pedagojik kararın yerine değil, denetlenen taslak desteği olarak kullanmak.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Ders planı taslağı bağlama uygun, doğru, uygulanabilir ve öğretmen denetiminden geçmiş olmalıdır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Bağlamlı prompt yazar.</w:t>
      </w:r>
    </w:p>
    <w:p>
      <w:pPr>
        <w:pStyle w:val="ListBullet"/>
      </w:pPr>
      <w:r>
        <w:t>Çıktıyı kazanım/süre açısından kontrol eder.</w:t>
      </w:r>
    </w:p>
    <w:p>
      <w:pPr>
        <w:pStyle w:val="ListBullet"/>
      </w:pPr>
      <w:r>
        <w:t>AI varsayımlarını işaretler.</w:t>
      </w:r>
    </w:p>
    <w:p>
      <w:pPr>
        <w:pStyle w:val="Heading1"/>
      </w:pPr>
      <w:r>
        <w:t>Hazırlık</w:t>
      </w:r>
    </w:p>
    <w:p>
      <w:pPr>
        <w:pStyle w:val="ListBullet"/>
      </w:pPr>
      <w:r>
        <w:t>Yapay Zekâ ile Ders Planı Tasarlama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Kişisel veri içermeyen ders senaryosu</w:t>
      </w:r>
    </w:p>
    <w:p>
      <w:pPr>
        <w:pStyle w:val="ListBullet"/>
      </w:pPr>
      <w:r>
        <w:t>Kaynak kontrol listesi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Üretken Yapay Zekâ</w:t>
      </w:r>
    </w:p>
    <w:p>
      <w:pPr>
        <w:pStyle w:val="ListBullet"/>
      </w:pPr>
      <w:r>
        <w:t>Prompt Tasarımı</w:t>
      </w:r>
    </w:p>
    <w:p>
      <w:pPr>
        <w:pStyle w:val="ListBullet"/>
      </w:pPr>
      <w:r>
        <w:t>Doğrulama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“Ders planı taslağı bağlama uygun, doğru, uygulanabilir ve öğretmen denetiminden geçmiş olmalıdır”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Ders ihtiyacını yaz.</w:t>
      </w:r>
    </w:p>
    <w:p>
      <w:pPr>
        <w:pStyle w:val="ListNumber"/>
      </w:pPr>
      <w:r>
        <w:t>Prompt bileşenlerini belirle.</w:t>
      </w:r>
    </w:p>
    <w:p>
      <w:pPr>
        <w:pStyle w:val="ListNumber"/>
      </w:pPr>
      <w:r>
        <w:t>Taslak üret.</w:t>
      </w:r>
    </w:p>
    <w:p>
      <w:pPr>
        <w:pStyle w:val="ListNumber"/>
      </w:pPr>
      <w:r>
        <w:t>Kaynak ve uygulanabilirliği doğrula.</w:t>
      </w:r>
    </w:p>
    <w:p>
      <w:pPr>
        <w:pStyle w:val="ListNumber"/>
      </w:pPr>
      <w:r>
        <w:t>Öğretmen düzenlemesi yap.</w:t>
      </w:r>
    </w:p>
    <w:p>
      <w:pPr>
        <w:pStyle w:val="Heading2"/>
      </w:pPr>
      <w:r>
        <w:t>Ders planı prompt şablonu</w:t>
      </w:r>
    </w:p>
    <w:p>
      <w:r>
        <w:t>Rol: Deneyimli ders tasarım asistanı.</w:t>
        <w:br/>
        <w:t>Bağlam: [seviye, konu, süre].</w:t>
        <w:br/>
        <w:t>Görev: Amaç, giriş, uygulama ve değerlendirme içeren taslak oluştur.</w:t>
        <w:br/>
        <w:t>Kısıt: Kaynak gerektiren iddiaları işaretle; öğrenci verisi isteme.</w:t>
        <w:br/>
        <w:t>Çıktı: Düzenlenebilir tablo.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Eksik süre</w:t>
      </w:r>
    </w:p>
    <w:p>
      <w:pPr>
        <w:pStyle w:val="ListNumber"/>
      </w:pPr>
      <w:r>
        <w:t>Belirsiz hedef</w:t>
      </w:r>
    </w:p>
    <w:p>
      <w:pPr>
        <w:pStyle w:val="ListNumber"/>
      </w:pPr>
      <w:r>
        <w:t>Yaş düzeyine uymayan öneri</w:t>
      </w:r>
    </w:p>
    <w:p>
      <w:pPr>
        <w:pStyle w:val="ListNumber"/>
      </w:pPr>
      <w:r>
        <w:t>Kaynak gerektiren iddia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Çıktıyı doğrudan kullanmak: Girdiyi veya bağlantıyı tek tek doğrula; değişiklikten sonra aynı testi yeniden çalıştır.</w:t>
      </w:r>
    </w:p>
    <w:p>
      <w:pPr>
        <w:pStyle w:val="ListBullet"/>
      </w:pPr>
      <w:r>
        <w:t>Kişisel veri eklemek: Girdiyi veya bağlantıyı tek tek doğrula; değişiklikten sonra aynı testi yeniden çalıştır.</w:t>
      </w:r>
    </w:p>
    <w:p>
      <w:pPr>
        <w:pStyle w:val="ListBullet"/>
      </w:pPr>
      <w:r>
        <w:t>Süreyi kontrol etmemek: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Öğrenci verisi paylaşmayın.</w:t>
      </w:r>
    </w:p>
    <w:p>
      <w:pPr>
        <w:pStyle w:val="ListBullet"/>
      </w:pPr>
      <w:r>
        <w:t>Her bilgiyi ve kaynağı öğretmen doğrulasın.</w:t>
      </w:r>
    </w:p>
    <w:p>
      <w:pPr>
        <w:pStyle w:val="ListBullet"/>
      </w:pPr>
      <w:r>
        <w:t>Telif ve yaş uygunluğunu kontrol edin.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Farklılaştırma</w:t>
      </w:r>
    </w:p>
    <w:p>
      <w:pPr>
        <w:pStyle w:val="ListBullet"/>
      </w:pPr>
      <w:r>
        <w:t>Alternatif değerlendirme</w:t>
      </w:r>
    </w:p>
    <w:p>
      <w:pPr>
        <w:pStyle w:val="ListBullet"/>
      </w:pPr>
      <w:r>
        <w:t>Prompt sürüm günlüğü</w:t>
      </w:r>
    </w:p>
    <w:p>
      <w:pPr>
        <w:pStyle w:val="Heading1"/>
      </w:pPr>
      <w:r>
        <w:t>Beklenen sonuç</w:t>
      </w:r>
    </w:p>
    <w:p>
      <w:r>
        <w:t>Aynı ders için iki prompt sürümünü karşılaştır ve hangi değişikliğin çıktıyı iyileştirdiğini kanıtla.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