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Yapay Zekâ ile Ders Planı Tasarlama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AI çıktısını pedagojik kararın yerine değil, denetlenen taslak desteği olarak kullanmak.</w:t>
      </w:r>
    </w:p>
    <w:p>
      <w:pPr>
        <w:pStyle w:val="Heading1"/>
      </w:pPr>
      <w:r>
        <w:t>Görev</w:t>
      </w:r>
    </w:p>
    <w:p>
      <w:r>
        <w:t>Aynı ders için iki prompt sürümünü karşılaştır ve hangi değişikliğin çıktıyı iyileştirdiğini kanıtla.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Ders ihtiyacını yaz.</w:t>
        <w:br/>
        <w:t>Notum: ________________________________________________________________________</w:t>
      </w:r>
    </w:p>
    <w:p>
      <w:r>
        <w:t>☐ 2. Prompt bileşenlerini belirle.</w:t>
        <w:br/>
        <w:t>Notum: ________________________________________________________________________</w:t>
      </w:r>
    </w:p>
    <w:p>
      <w:r>
        <w:t>☐ 3. Taslak üret.</w:t>
        <w:br/>
        <w:t>Notum: ________________________________________________________________________</w:t>
      </w:r>
    </w:p>
    <w:p>
      <w:r>
        <w:t>☐ 4. Kaynak ve uygulanabilirliği doğrula.</w:t>
        <w:br/>
        <w:t>Notum: ________________________________________________________________________</w:t>
      </w:r>
    </w:p>
    <w:p>
      <w:r>
        <w:t>☐ 5. Öğretmen düzenlemesi yap.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Eksik süre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Belirsiz hedef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Yaş düzeyine uymayan öneri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Kaynak gerektiren iddia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