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Yapay Zekâ ile Ders Planı Tasarlama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Yapay Zekâ ile Ders Planı Tasarlama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