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Çıktılarında Doğruluk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Yapay Zekâ Çıktılarında Doğruluk Kontrolü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