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Ultrasonik Sensörlü Mesafe Alarmı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ÖĞRENCİ ÇALIŞMA KÂĞIDI</w:t>
      </w:r>
    </w:p>
    <w:p/>
    <w:p>
      <w:r>
        <w:t>Ad Soyad: ____________________________________    Sınıf: __________    Tarih: ____ / ____ / ______</w:t>
      </w:r>
    </w:p>
    <w:p>
      <w:pPr>
        <w:pStyle w:val="Heading1"/>
      </w:pPr>
      <w:r>
        <w:t>Amaç</w:t>
      </w:r>
    </w:p>
    <w:p>
      <w:r>
        <w:t>Ölçüm, birim dönüşümü ve güvenli eşik uyarısını uygulamak.</w:t>
      </w:r>
    </w:p>
    <w:p>
      <w:pPr>
        <w:pStyle w:val="Heading1"/>
      </w:pPr>
      <w:r>
        <w:t>Görev</w:t>
      </w:r>
    </w:p>
    <w:p>
      <w:r>
        <w:t>Mesafe azaldıkça uyarı aralığını kısaltan üç kademe geliştir.</w:t>
      </w:r>
    </w:p>
    <w:p>
      <w:pPr>
        <w:pStyle w:val="Heading1"/>
      </w:pPr>
      <w:r>
        <w:t>Tahmin</w:t>
      </w:r>
    </w:p>
    <w:p>
      <w:r>
        <w:t>Çözümün nasıl çalışacağını ve hangi sonuca ulaşacağını yaz: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Uygulama basamakları</w:t>
      </w:r>
    </w:p>
    <w:p>
      <w:r>
        <w:t>☐ 1. Sensörü bağla.</w:t>
        <w:br/>
        <w:t>Notum: ________________________________________________________________________</w:t>
      </w:r>
    </w:p>
    <w:p>
      <w:r>
        <w:t>☐ 2. Seri monitörde ölç.</w:t>
        <w:br/>
        <w:t>Notum: ________________________________________________________________________</w:t>
      </w:r>
    </w:p>
    <w:p>
      <w:r>
        <w:t>☐ 3. Buzzer'ı ayrı dene.</w:t>
        <w:br/>
        <w:t>Notum: ________________________________________________________________________</w:t>
      </w:r>
    </w:p>
    <w:p>
      <w:r>
        <w:t>☐ 4. Eşik kararını ekle.</w:t>
        <w:br/>
        <w:t>Notum: ________________________________________________________________________</w:t>
      </w:r>
    </w:p>
    <w:p>
      <w:pPr>
        <w:pStyle w:val="Heading1"/>
      </w:pPr>
      <w:r>
        <w:t>Test ve gözlem tablosu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2484"/>
            <w:shd w:fill="E8EEF5"/>
          </w:tcPr>
          <w:p>
            <w:r>
              <w:t>Test</w:t>
            </w:r>
          </w:p>
        </w:tc>
        <w:tc>
          <w:tcPr>
            <w:tcW w:type="dxa" w:w="2484"/>
            <w:shd w:fill="E8EEF5"/>
          </w:tcPr>
          <w:p>
            <w:r>
              <w:t>Tahmin</w:t>
            </w:r>
          </w:p>
        </w:tc>
        <w:tc>
          <w:tcPr>
            <w:tcW w:type="dxa" w:w="2484"/>
            <w:shd w:fill="E8EEF5"/>
          </w:tcPr>
          <w:p>
            <w:r>
              <w:t>Gözlem / Kanıt</w:t>
            </w:r>
          </w:p>
        </w:tc>
        <w:tc>
          <w:tcPr>
            <w:tcW w:type="dxa" w:w="2484"/>
            <w:shd w:fill="E8EEF5"/>
          </w:tcPr>
          <w:p>
            <w:r>
              <w:t>Geçti mi?</w:t>
            </w:r>
          </w:p>
        </w:tc>
      </w:tr>
      <w:tr>
        <w:tc>
          <w:tcPr>
            <w:tcW w:type="dxa" w:w="2484"/>
          </w:tcPr>
          <w:p>
            <w:r>
              <w:t>10, 20 ve 40 cm ölçümleri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Sensör önünde nesne yok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  <w:tr>
        <w:tc>
          <w:tcPr>
            <w:tcW w:type="dxa" w:w="2484"/>
          </w:tcPr>
          <w:p>
            <w:r>
              <w:t>Eğik yüzey</w:t>
            </w:r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/>
          </w:p>
        </w:tc>
        <w:tc>
          <w:tcPr>
            <w:tcW w:type="dxa" w:w="2484"/>
          </w:tcPr>
          <w:p>
            <w:r>
              <w:t>☐ Evet  ☐ Hayır</w:t>
            </w:r>
          </w:p>
        </w:tc>
      </w:tr>
    </w:tbl>
    <w:p>
      <w:pPr>
        <w:pStyle w:val="Heading1"/>
      </w:pPr>
      <w:r>
        <w:t>Hata ayıklama günlüğü</w:t>
      </w:r>
    </w:p>
    <w:p>
      <w:r>
        <w:t>Karşılaştığım hata: _____________________________________________________________</w:t>
        <w:br/>
        <w:t>Denediğim çözüm: ________________________________________________________________</w:t>
        <w:br/>
        <w:t>Sonuç: _________________________________________________________________________</w:t>
      </w:r>
    </w:p>
    <w:p>
      <w:pPr>
        <w:pStyle w:val="Heading1"/>
      </w:pPr>
      <w:r>
        <w:t>Sonuç</w:t>
      </w:r>
    </w:p>
    <w:p>
      <w:r>
        <w:t>Ürünüm beklenen ihtiyacı nasıl karşıladı? Test kanıtı ver:</w:t>
      </w:r>
    </w:p>
    <w:p>
      <w:r>
        <w:t>________________________________________________________________________________</w:t>
        <w:br/>
        <w:t>________________________________________________________________________________</w:t>
      </w:r>
    </w:p>
    <w:p>
      <w:pPr>
        <w:pStyle w:val="Heading1"/>
      </w:pPr>
      <w:r>
        <w:t>Öz değerlendirme</w:t>
      </w:r>
    </w:p>
    <w:p>
      <w:r>
        <w:t>• Çözümüm hangi problemi gideriyor ve bunu nasıl test ettim?</w:t>
        <w:br/>
        <w:t xml:space="preserve">  _____________________________________________________________________________</w:t>
      </w:r>
    </w:p>
    <w:p>
      <w:r>
        <w:t>• En zorlandığım hata neydi; hangi ipucu çözmeme yardım etti?</w:t>
        <w:br/>
        <w:t xml:space="preserve">  _____________________________________________________________________________</w:t>
      </w:r>
    </w:p>
    <w:p>
      <w:r>
        <w:t>• Bir sonraki sürümde neyi değiştirir ve neden değiştirirdim?</w:t>
        <w:br/>
        <w:t xml:space="preserve">  _____________________________________________________________________________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