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Tinkercad ile Kişisel Anahtarlık Tasarımı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Tinkercad ile Kişisel Anahtarlık Tasarımı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