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Dijital Vatandaşlık Özgeçmişi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Dijital Vatandaşlık Özgeçmişi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