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Güvenli QR Kodla Okul Tanıtımı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ÖĞRETMEN KILAVUZU</w:t>
      </w:r>
    </w:p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Kategori</w:t>
            </w:r>
          </w:p>
        </w:tc>
        <w:tc>
          <w:tcPr>
            <w:tcW w:type="dxa" w:w="7128"/>
            <w:vAlign w:val="center"/>
          </w:tcPr>
          <w:p>
            <w:r>
              <w:t>Dijital Vatandaşlık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Hedef grup</w:t>
            </w:r>
          </w:p>
        </w:tc>
        <w:tc>
          <w:tcPr>
            <w:tcW w:type="dxa" w:w="7128"/>
            <w:vAlign w:val="center"/>
          </w:tcPr>
          <w:p>
            <w:r>
              <w:t>Temel bilgisi olan orta seviye lise öğrencileri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Süre</w:t>
            </w:r>
          </w:p>
        </w:tc>
        <w:tc>
          <w:tcPr>
            <w:tcW w:type="dxa" w:w="7128"/>
            <w:vAlign w:val="center"/>
          </w:tcPr>
          <w:p>
            <w:r>
              <w:t>3–4 ders saati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Seviye</w:t>
            </w:r>
          </w:p>
        </w:tc>
        <w:tc>
          <w:tcPr>
            <w:tcW w:type="dxa" w:w="7128"/>
            <w:vAlign w:val="center"/>
          </w:tcPr>
          <w:p>
            <w:r>
              <w:t>Orta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Çalışma biçimi</w:t>
            </w:r>
          </w:p>
        </w:tc>
        <w:tc>
          <w:tcPr>
            <w:tcW w:type="dxa" w:w="7128"/>
            <w:vAlign w:val="center"/>
          </w:tcPr>
          <w:p>
            <w:r>
              <w:t>Bireysel veya 2–3 kişilik grup</w:t>
            </w:r>
          </w:p>
        </w:tc>
      </w:tr>
    </w:tbl>
    <w:p>
      <w:pPr>
        <w:pStyle w:val="Heading1"/>
      </w:pPr>
      <w:r>
        <w:t>Amaç</w:t>
      </w:r>
    </w:p>
    <w:p>
      <w:pPr>
        <w:pStyle w:val="ListBullet"/>
      </w:pPr>
      <w:r>
        <w:t>Fiziksel-dijital yönlendirme, kısa URL ve güvenli QR kullanımını anlamak.</w:t>
      </w:r>
    </w:p>
    <w:p>
      <w:pPr>
        <w:pStyle w:val="Heading1"/>
      </w:pPr>
      <w:r>
        <w:t>Problem durumu</w:t>
      </w:r>
    </w:p>
    <w:p>
      <w:pPr>
        <w:pStyle w:val="ListBullet"/>
      </w:pPr>
      <w:r>
        <w:t>Bir afişteki QR kod kullanıcıyı mobil uyumlu ve güvenilir bir tanıtım sayfasına yönlendirmelidir</w:t>
      </w:r>
    </w:p>
    <w:p>
      <w:pPr>
        <w:pStyle w:val="Heading1"/>
      </w:pPr>
      <w:r>
        <w:t>Kazanımlar</w:t>
      </w:r>
    </w:p>
    <w:p>
      <w:pPr>
        <w:pStyle w:val="ListBullet"/>
      </w:pPr>
      <w:r>
        <w:t>Mobil tanıtım sayfası yapar.</w:t>
      </w:r>
    </w:p>
    <w:p>
      <w:pPr>
        <w:pStyle w:val="ListBullet"/>
      </w:pPr>
      <w:r>
        <w:t>QR hedef URL'sini doğrular.</w:t>
      </w:r>
    </w:p>
    <w:p>
      <w:pPr>
        <w:pStyle w:val="ListBullet"/>
      </w:pPr>
      <w:r>
        <w:t>Güvenli tarama uyarısı yazar.</w:t>
      </w:r>
    </w:p>
    <w:p>
      <w:pPr>
        <w:pStyle w:val="Heading1"/>
      </w:pPr>
      <w:r>
        <w:t>Hazırlık</w:t>
      </w:r>
    </w:p>
    <w:p>
      <w:pPr>
        <w:pStyle w:val="ListBullet"/>
      </w:pPr>
      <w:r>
        <w:t>Güvenli QR Kodla Okul Tanıtımı için örnek girdileri, güvenlik sınırlarını ve test ölçütlerini dersten önce kontrol etmek.</w:t>
      </w:r>
    </w:p>
    <w:p>
      <w:pPr>
        <w:pStyle w:val="Heading1"/>
      </w:pPr>
      <w:r>
        <w:t>Araç ve malzemeler</w:t>
      </w:r>
    </w:p>
    <w:p>
      <w:pPr>
        <w:pStyle w:val="ListBullet"/>
      </w:pPr>
      <w:r>
        <w:t>Kod editörü</w:t>
      </w:r>
    </w:p>
    <w:p>
      <w:pPr>
        <w:pStyle w:val="ListBullet"/>
      </w:pPr>
      <w:r>
        <w:t>Yerel örnek sayfa</w:t>
      </w:r>
    </w:p>
    <w:p>
      <w:pPr>
        <w:pStyle w:val="ListBullet"/>
      </w:pPr>
      <w:r>
        <w:t>Öğretmen onaylı QR üretim aracı</w:t>
      </w:r>
    </w:p>
    <w:p>
      <w:pPr>
        <w:pStyle w:val="Heading1"/>
      </w:pPr>
      <w:r>
        <w:t>Yazılım ve teknolojiler</w:t>
      </w:r>
    </w:p>
    <w:p>
      <w:pPr>
        <w:pStyle w:val="ListBullet"/>
      </w:pPr>
      <w:r>
        <w:t>HTML</w:t>
      </w:r>
    </w:p>
    <w:p>
      <w:pPr>
        <w:pStyle w:val="ListBullet"/>
      </w:pPr>
      <w:r>
        <w:t>CSS</w:t>
      </w:r>
    </w:p>
    <w:p>
      <w:pPr>
        <w:pStyle w:val="ListBullet"/>
      </w:pPr>
      <w:r>
        <w:t>QR Farkındalığı</w:t>
      </w:r>
    </w:p>
    <w:p>
      <w:pPr>
        <w:pStyle w:val="ListBullet"/>
      </w:pPr>
      <w:r>
        <w:t>Responsive Web</w:t>
      </w:r>
    </w:p>
    <w:p>
      <w:pPr>
        <w:pStyle w:val="Heading1"/>
      </w:pPr>
      <w:r>
        <w:t>Ön bilgiler</w:t>
      </w:r>
    </w:p>
    <w:p>
      <w:pPr>
        <w:pStyle w:val="ListBullet"/>
      </w:pPr>
      <w:r>
        <w:t>Temel dijital okuryazarlık</w:t>
      </w:r>
    </w:p>
    <w:p>
      <w:pPr>
        <w:pStyle w:val="ListBullet"/>
      </w:pPr>
      <w:r>
        <w:t>Kaynak ve veri güvenliği farkındalığı</w:t>
      </w:r>
    </w:p>
    <w:p>
      <w:pPr>
        <w:pStyle w:val="Heading1"/>
      </w:pPr>
      <w:r>
        <w:t>Derse giriş</w:t>
      </w:r>
    </w:p>
    <w:p>
      <w:pPr>
        <w:pStyle w:val="ListBullet"/>
      </w:pPr>
      <w:r>
        <w:t>Öğrencilere “Bir afişteki QR kod kullanıcıyı mobil uyumlu ve güvenilir bir tanıtım sayfasına yönlendirmelidir” durumu verilir; kod veya araç göstermeden önce olası çözüm adımlarını tahmin etmeleri istenir.</w:t>
      </w:r>
    </w:p>
    <w:p>
      <w:pPr>
        <w:pStyle w:val="Heading1"/>
      </w:pPr>
      <w:r>
        <w:t>Uygulama basamakları</w:t>
      </w:r>
    </w:p>
    <w:p>
      <w:pPr>
        <w:pStyle w:val="ListNumber"/>
      </w:pPr>
      <w:r>
        <w:t>Kurgusal içeriği hazırla.</w:t>
      </w:r>
    </w:p>
    <w:p>
      <w:pPr>
        <w:pStyle w:val="ListNumber"/>
      </w:pPr>
      <w:r>
        <w:t>Mobil sayfayı geliştir.</w:t>
      </w:r>
    </w:p>
    <w:p>
      <w:pPr>
        <w:pStyle w:val="ListNumber"/>
      </w:pPr>
      <w:r>
        <w:t>URL'yi öğretmenle doğrula.</w:t>
      </w:r>
    </w:p>
    <w:p>
      <w:pPr>
        <w:pStyle w:val="ListNumber"/>
      </w:pPr>
      <w:r>
        <w:t>QR oluştur.</w:t>
      </w:r>
    </w:p>
    <w:p>
      <w:pPr>
        <w:pStyle w:val="ListNumber"/>
      </w:pPr>
      <w:r>
        <w:t>Farklı cihazda test et.</w:t>
      </w:r>
    </w:p>
    <w:p>
      <w:pPr>
        <w:pStyle w:val="Heading2"/>
      </w:pPr>
      <w:r>
        <w:t>Mobil sayfa iskeleti</w:t>
      </w:r>
    </w:p>
    <w:p>
      <w:r>
        <w:t>QR yalnız bu sayfaya yönlendirir; takip veya kişisel veri toplama eklenmez.</w:t>
      </w:r>
    </w:p>
    <w:p>
      <w:pPr>
        <w:ind w:left="288"/>
      </w:pPr>
      <w:r>
        <w:rPr>
          <w:rFonts w:ascii="Consolas" w:hAnsi="Consolas"/>
          <w:sz w:val="17"/>
        </w:rPr>
        <w:t>&lt;!doctype html&gt;&lt;html lang="tr"&gt;&lt;head&gt;&lt;meta charset="UTF-8" /&gt;</w:t>
        <w:br/>
        <w:t>&lt;meta name="viewport" content="width=device-width, initial-scale=1" /&gt;</w:t>
        <w:br/>
        <w:t>&lt;title&gt;Proje Sayfası&lt;/title&gt;</w:t>
        <w:br/>
        <w:t>&lt;style&gt;</w:t>
        <w:br/>
        <w:t>* { box-sizing: border-box; } body { margin: 0; font: 1rem/1.6 system-ui; }</w:t>
        <w:br/>
        <w:t>header, main, footer { width: min(100% - 2rem, 70rem); margin-inline: auto; }</w:t>
        <w:br/>
        <w:t>nav { display: flex; flex-wrap: wrap; gap: 1rem; padding: 1rem 0; }</w:t>
        <w:br/>
        <w:t>.skip { position: absolute; left: -9999px; } .skip:focus { left: 1rem; top: 1rem; }</w:t>
        <w:br/>
        <w:t>@media (min-width: 48rem) { section { padding-block: 4rem; } }</w:t>
        <w:br/>
        <w:t>&lt;/style&gt;&lt;/head&gt;</w:t>
        <w:br/>
        <w:t>&lt;body&gt;&lt;a class="skip" href="#icerik"&gt;İçeriğe geç&lt;/a&gt;</w:t>
        <w:br/>
        <w:t>&lt;header&gt;&lt;nav aria-label="Ana menü"&gt;&lt;a href="#hakkinda"&gt;Hakkında&lt;/a&gt;&lt;/nav&gt;&lt;/header&gt;</w:t>
        <w:br/>
        <w:t>&lt;main id="icerik"&gt;&lt;section id="hakkinda"&gt;&lt;h1&gt;Proje Başlığı&lt;/h1&gt;&lt;p&gt;Tanıtım metni.&lt;/p&gt;&lt;/section&gt;&lt;/main&gt;</w:t>
        <w:br/>
        <w:t>&lt;footer&gt;&lt;p&gt;Örnek eğitim projesi&lt;/p&gt;&lt;/footer&gt;&lt;/body&gt;&lt;/html&gt;</w:t>
      </w:r>
    </w:p>
    <w:p>
      <w:pPr>
        <w:pStyle w:val="Heading1"/>
      </w:pPr>
      <w:r>
        <w:t>Test aşaması</w:t>
      </w:r>
    </w:p>
    <w:p>
      <w:pPr>
        <w:pStyle w:val="ListNumber"/>
      </w:pPr>
      <w:r>
        <w:t>QR hedef URL</w:t>
      </w:r>
    </w:p>
    <w:p>
      <w:pPr>
        <w:pStyle w:val="ListNumber"/>
      </w:pPr>
      <w:r>
        <w:t>HTTPS göstergesi</w:t>
      </w:r>
    </w:p>
    <w:p>
      <w:pPr>
        <w:pStyle w:val="ListNumber"/>
      </w:pPr>
      <w:r>
        <w:t>375 px</w:t>
      </w:r>
    </w:p>
    <w:p>
      <w:pPr>
        <w:pStyle w:val="ListNumber"/>
      </w:pPr>
      <w:r>
        <w:t>QR bozulma testi</w:t>
      </w:r>
    </w:p>
    <w:p>
      <w:pPr>
        <w:pStyle w:val="Heading1"/>
      </w:pPr>
      <w:r>
        <w:t>Olası hatalar ve çözüm önerileri</w:t>
      </w:r>
    </w:p>
    <w:p>
      <w:pPr>
        <w:pStyle w:val="ListBullet"/>
      </w:pPr>
      <w:r>
        <w:t>Yanlış URL: Girdiyi veya bağlantıyı tek tek doğrula; değişiklikten sonra aynı testi yeniden çalıştır.</w:t>
      </w:r>
    </w:p>
    <w:p>
      <w:pPr>
        <w:pStyle w:val="ListBullet"/>
      </w:pPr>
      <w:r>
        <w:t>Gerçek kurum bilgisi: Girdiyi veya bağlantıyı tek tek doğrula; değişiklikten sonra aynı testi yeniden çalıştır.</w:t>
      </w:r>
    </w:p>
    <w:p>
      <w:pPr>
        <w:pStyle w:val="ListBullet"/>
      </w:pPr>
      <w:r>
        <w:t>Küçük QR: Girdiyi veya bağlantıyı tek tek doğrula; değişiklikten sonra aynı testi yeniden çalıştır.</w:t>
      </w:r>
    </w:p>
    <w:p>
      <w:pPr>
        <w:pStyle w:val="ListBullet"/>
      </w:pPr>
      <w:r>
        <w:t>Mobil taşma: Girdiyi veya bağlantıyı tek tek doğrula; değişiklikten sonra aynı testi yeniden çalıştır.</w:t>
      </w:r>
    </w:p>
    <w:p>
      <w:pPr>
        <w:pStyle w:val="Heading1"/>
      </w:pPr>
      <w:r>
        <w:t>Güvenlik</w:t>
      </w:r>
    </w:p>
    <w:p>
      <w:pPr>
        <w:pStyle w:val="ListBullet"/>
      </w:pPr>
      <w:r>
        <w:t>QR hedefini açmadan URL'yi kontrol edin.</w:t>
      </w:r>
    </w:p>
    <w:p>
      <w:pPr>
        <w:pStyle w:val="ListBullet"/>
      </w:pPr>
      <w:r>
        <w:t>Takip parametresi veya form ile veri toplamayın.</w:t>
      </w:r>
    </w:p>
    <w:p>
      <w:pPr>
        <w:pStyle w:val="Heading1"/>
      </w:pPr>
      <w:r>
        <w:t>Öğretmen yönergeleri</w:t>
      </w:r>
    </w:p>
    <w:p>
      <w:pPr>
        <w:pStyle w:val="ListBullet"/>
      </w:pPr>
      <w:r>
        <w:t>Hazır çözümü vermeden önce öğrenciden tahminini ve denediği adımı açıklamasını isteyin.</w:t>
      </w:r>
    </w:p>
    <w:p>
      <w:pPr>
        <w:pStyle w:val="ListBullet"/>
      </w:pPr>
      <w:r>
        <w:t>Sonucu yalnız çalışıyor/çalışmıyor olarak değil; test kanıtı ve açıklamayla değerlendirin.</w:t>
      </w:r>
    </w:p>
    <w:p>
      <w:pPr>
        <w:pStyle w:val="Heading1"/>
      </w:pPr>
      <w:r>
        <w:t>Geliştirme önerileri</w:t>
      </w:r>
    </w:p>
    <w:p>
      <w:pPr>
        <w:pStyle w:val="ListBullet"/>
      </w:pPr>
      <w:r>
        <w:t>Erişilebilir afiş</w:t>
      </w:r>
    </w:p>
    <w:p>
      <w:pPr>
        <w:pStyle w:val="ListBullet"/>
      </w:pPr>
      <w:r>
        <w:t>Çok dilli kurgusal sayfa</w:t>
      </w:r>
    </w:p>
    <w:p>
      <w:pPr>
        <w:pStyle w:val="ListBullet"/>
      </w:pPr>
      <w:r>
        <w:t>Baskı testi</w:t>
      </w:r>
    </w:p>
    <w:p>
      <w:pPr>
        <w:pStyle w:val="Heading1"/>
      </w:pPr>
      <w:r>
        <w:t>Beklenen sonuç</w:t>
      </w:r>
    </w:p>
    <w:p>
      <w:r>
        <w:t>Gerçek kurum adı kullanmadan kurgusal tanıtım sayfası ve QR güvenlik kontrol listesi hazırla.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