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Güvenli QR Kodla Okul Tanıtımı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Fiziksel-dijital yönlendirme, kısa URL ve güvenli QR kullanımını anlamak.</w:t>
      </w:r>
    </w:p>
    <w:p>
      <w:pPr>
        <w:pStyle w:val="Heading1"/>
      </w:pPr>
      <w:r>
        <w:t>Görev</w:t>
      </w:r>
    </w:p>
    <w:p>
      <w:r>
        <w:t>Gerçek kurum adı kullanmadan kurgusal tanıtım sayfası ve QR güvenlik kontrol listesi hazırla.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Kurgusal içeriği hazırla.</w:t>
        <w:br/>
        <w:t>Notum: ________________________________________________________________________</w:t>
      </w:r>
    </w:p>
    <w:p>
      <w:r>
        <w:t>☐ 2. Mobil sayfayı geliştir.</w:t>
        <w:br/>
        <w:t>Notum: ________________________________________________________________________</w:t>
      </w:r>
    </w:p>
    <w:p>
      <w:r>
        <w:t>☐ 3. URL'yi öğretmenle doğrula.</w:t>
        <w:br/>
        <w:t>Notum: ________________________________________________________________________</w:t>
      </w:r>
    </w:p>
    <w:p>
      <w:r>
        <w:t>☐ 4. QR oluştur.</w:t>
        <w:br/>
        <w:t>Notum: ________________________________________________________________________</w:t>
      </w:r>
    </w:p>
    <w:p>
      <w:r>
        <w:t>☐ 5. Farklı cihazda test 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QR hedef URL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HTTPS göstergesi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375 px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QR bozulma testi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