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Güvenli QR Kodla Okul Tanıtımı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Güvenli QR Kodla Okul Tanıtımı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