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Python Şifre Gücü Kontrolü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Python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Başlangıç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1–2 ders saati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Başlangıç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String analizini güvenli parola ilkeleriyle ilişkilendirmek; parola toplama sistemi kurmamak.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Kullanıcılar zayıf parola örüntülerini gerçek parolalarını paylaşmadan tanıyabilmelidir</w:t>
      </w:r>
    </w:p>
    <w:p>
      <w:pPr>
        <w:pStyle w:val="Heading1"/>
      </w:pPr>
      <w:r>
        <w:t>Kazanımlar</w:t>
      </w:r>
    </w:p>
    <w:p>
      <w:pPr>
        <w:pStyle w:val="ListBullet"/>
      </w:pPr>
      <w:r>
        <w:t>Karakter türlerini analiz eder.</w:t>
      </w:r>
    </w:p>
    <w:p>
      <w:pPr>
        <w:pStyle w:val="ListBullet"/>
      </w:pPr>
      <w:r>
        <w:t>Uzunluğun önemini açıklar.</w:t>
      </w:r>
    </w:p>
    <w:p>
      <w:pPr>
        <w:pStyle w:val="ListBullet"/>
      </w:pPr>
      <w:r>
        <w:t>Puanlamanın kesin güvenlik garantisi olmadığını belirtir.</w:t>
      </w:r>
    </w:p>
    <w:p>
      <w:pPr>
        <w:pStyle w:val="Heading1"/>
      </w:pPr>
      <w:r>
        <w:t>Hazırlık</w:t>
      </w:r>
    </w:p>
    <w:p>
      <w:pPr>
        <w:pStyle w:val="ListBullet"/>
      </w:pPr>
      <w:r>
        <w:t>Python Şifre Gücü Kontrolü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Python 3</w:t>
      </w:r>
    </w:p>
    <w:p>
      <w:pPr>
        <w:pStyle w:val="ListBullet"/>
      </w:pPr>
      <w:r>
        <w:t>Öğretmenin hazırladığı tamamen sahte parola örnekleri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Python</w:t>
      </w:r>
    </w:p>
    <w:p>
      <w:pPr>
        <w:pStyle w:val="ListBullet"/>
      </w:pPr>
      <w:r>
        <w:t>String Analizi</w:t>
      </w:r>
    </w:p>
    <w:p>
      <w:pPr>
        <w:pStyle w:val="ListBullet"/>
      </w:pPr>
      <w:r>
        <w:t>Siber Farkındalık</w:t>
      </w:r>
    </w:p>
    <w:p>
      <w:pPr>
        <w:pStyle w:val="Heading1"/>
      </w:pPr>
      <w:r>
        <w:t>Ön bilgiler</w:t>
      </w:r>
    </w:p>
    <w:p>
      <w:pPr>
        <w:pStyle w:val="ListBullet"/>
      </w:pPr>
      <w:r>
        <w:t>Python 3 çalışma ortamı</w:t>
      </w:r>
    </w:p>
    <w:p>
      <w:pPr>
        <w:pStyle w:val="ListBullet"/>
      </w:pPr>
      <w:r>
        <w:t>Değişken ve temel koşul bilgisi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“Kullanıcılar zayıf parola örüntülerini gerçek parolalarını paylaşmadan tanıyabilmelidir”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Sahte örnekleri hazırla.</w:t>
      </w:r>
    </w:p>
    <w:p>
      <w:pPr>
        <w:pStyle w:val="ListNumber"/>
      </w:pPr>
      <w:r>
        <w:t>Kontrol fonksiyonunu yaz.</w:t>
      </w:r>
    </w:p>
    <w:p>
      <w:pPr>
        <w:pStyle w:val="ListNumber"/>
      </w:pPr>
      <w:r>
        <w:t>Örnekleri karşılaştır.</w:t>
      </w:r>
    </w:p>
    <w:p>
      <w:pPr>
        <w:pStyle w:val="ListNumber"/>
      </w:pPr>
      <w:r>
        <w:t>Yanıltıcı güven sonuçlarını tartış.</w:t>
      </w:r>
    </w:p>
    <w:p>
      <w:pPr>
        <w:pStyle w:val="Heading2"/>
      </w:pPr>
      <w:r>
        <w:t>Sahte örnek analiz kodu</w:t>
      </w:r>
    </w:p>
    <w:p>
      <w:r>
        <w:t>Bu puanlama gerçek saldırı dayanıklılığını ölçmez. Gerçek parola toplanmaz, yazdırılmaz veya saklanmaz.</w:t>
      </w:r>
    </w:p>
    <w:p>
      <w:pPr>
        <w:ind w:left="288"/>
      </w:pPr>
      <w:r>
        <w:rPr>
          <w:rFonts w:ascii="Consolas" w:hAnsi="Consolas"/>
          <w:sz w:val="17"/>
        </w:rPr>
        <w:t>def guc_kontrolu(metin):</w:t>
        <w:br/>
        <w:t xml:space="preserve">    puan = sum([len(metin) &gt;= 12, any(c.isupper() for c in metin),</w:t>
        <w:br/>
        <w:t xml:space="preserve">                any(c.islower() for c in metin), any(c.isdigit() for c in metin),</w:t>
        <w:br/>
        <w:t xml:space="preserve">                any(not c.isalnum() for c in metin)])</w:t>
        <w:br/>
        <w:t xml:space="preserve">    return puan</w:t>
        <w:br/>
        <w:t># Yalnızca öğretmenin sağladığı sahte örneklerle çalışın; gerçek parola istemeyin veya saklamayın.</w:t>
        <w:br/>
        <w:t>for ornek in ["ornek", "Guvenli-Ornek-2026!"]: print(ornek, guc_kontrolu(ornek))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Kısa örnek</w:t>
      </w:r>
    </w:p>
    <w:p>
      <w:pPr>
        <w:pStyle w:val="ListNumber"/>
      </w:pPr>
      <w:r>
        <w:t>Uzun fakat tek tip</w:t>
      </w:r>
    </w:p>
    <w:p>
      <w:pPr>
        <w:pStyle w:val="ListNumber"/>
      </w:pPr>
      <w:r>
        <w:t>Çeşitli sahte örnek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Gerçek parola istemek: Girdiyi veya bağlantıyı tek tek doğrula; değişiklikten sonra aynı testi yeniden çalıştır.</w:t>
      </w:r>
    </w:p>
    <w:p>
      <w:pPr>
        <w:pStyle w:val="ListBullet"/>
      </w:pPr>
      <w:r>
        <w:t>Puanı güvenlik garantisi saymak: Girdiyi veya bağlantıyı tek tek doğrula; değişiklikten sonra aynı testi yeniden çalıştır.</w:t>
      </w:r>
    </w:p>
    <w:p>
      <w:pPr>
        <w:pStyle w:val="ListBullet"/>
      </w:pPr>
      <w:r>
        <w:t>Metni kaydetmek: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Gerçek parola girmeyin.</w:t>
      </w:r>
    </w:p>
    <w:p>
      <w:pPr>
        <w:pStyle w:val="ListBullet"/>
      </w:pPr>
      <w:r>
        <w:t>Credential toplamayın veya saklamayın.</w:t>
      </w:r>
    </w:p>
    <w:p>
      <w:pPr>
        <w:pStyle w:val="ListBullet"/>
      </w:pPr>
      <w:r>
        <w:t>Örneklerin sahte olduğunu görünür belirtin.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Parola yöneticisi farkındalığı</w:t>
      </w:r>
    </w:p>
    <w:p>
      <w:pPr>
        <w:pStyle w:val="ListBullet"/>
      </w:pPr>
      <w:r>
        <w:t>Çok faktörlü doğrulama posteri</w:t>
      </w:r>
    </w:p>
    <w:p>
      <w:pPr>
        <w:pStyle w:val="Heading1"/>
      </w:pPr>
      <w:r>
        <w:t>Beklenen sonuç</w:t>
      </w:r>
    </w:p>
    <w:p>
      <w:r>
        <w:t>Tekrarlanan karakter ve yaygın örüntü için uyarı ekle; gerçek parola girişi isteme.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