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Python Quiz Uygulaması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Python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Liste, döngü, karşılaştırma ve sayaç kullanımını bir öğrenme aracıyla pekiştirmek.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Sorular sırayla sunulmalı ve yanıtlar tutarlı biçimde değerlendirilmelidir</w:t>
      </w:r>
    </w:p>
    <w:p>
      <w:pPr>
        <w:pStyle w:val="Heading1"/>
      </w:pPr>
      <w:r>
        <w:t>Kazanımlar</w:t>
      </w:r>
    </w:p>
    <w:p>
      <w:pPr>
        <w:pStyle w:val="ListBullet"/>
      </w:pPr>
      <w:r>
        <w:t>Tuple/listede soru saklar.</w:t>
      </w:r>
    </w:p>
    <w:p>
      <w:pPr>
        <w:pStyle w:val="ListBullet"/>
      </w:pPr>
      <w:r>
        <w:t>Döngüyle soruları sunar.</w:t>
      </w:r>
    </w:p>
    <w:p>
      <w:pPr>
        <w:pStyle w:val="ListBullet"/>
      </w:pPr>
      <w:r>
        <w:t>Puan hesaplar.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Python Quiz Uygulaması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Python 3</w:t>
      </w:r>
    </w:p>
    <w:p>
      <w:pPr>
        <w:pStyle w:val="ListBullet"/>
      </w:pPr>
      <w:r>
        <w:t>Kod editörü</w:t>
      </w:r>
    </w:p>
    <w:p>
      <w:pPr>
        <w:pStyle w:val="ListBullet"/>
      </w:pPr>
      <w:r>
        <w:t>Öğretmenin doğruladığı sorular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Python</w:t>
      </w:r>
    </w:p>
    <w:p>
      <w:pPr>
        <w:pStyle w:val="ListBullet"/>
      </w:pPr>
      <w:r>
        <w:t>Liste</w:t>
      </w:r>
    </w:p>
    <w:p>
      <w:pPr>
        <w:pStyle w:val="ListBullet"/>
      </w:pPr>
      <w:r>
        <w:t>Döngü</w:t>
      </w:r>
    </w:p>
    <w:p>
      <w:pPr>
        <w:pStyle w:val="ListBullet"/>
      </w:pPr>
      <w:r>
        <w:t>String</w:t>
      </w:r>
    </w:p>
    <w:p>
      <w:pPr>
        <w:pStyle w:val="Heading1"/>
      </w:pPr>
      <w:r>
        <w:t>Ön bilgiler</w:t>
      </w:r>
    </w:p>
    <w:p>
      <w:pPr>
        <w:pStyle w:val="ListBullet"/>
      </w:pPr>
      <w:r>
        <w:t>Python 3 çalışma ortamı</w:t>
      </w:r>
    </w:p>
    <w:p>
      <w:pPr>
        <w:pStyle w:val="ListBullet"/>
      </w:pPr>
      <w:r>
        <w:t>Değişken ve temel koşul bilgisi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“Sorular sırayla sunulmalı ve yanıtlar tutarlı biçimde değerlendirilmelidir”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İki örnek soru yaz.</w:t>
      </w:r>
    </w:p>
    <w:p>
      <w:pPr>
        <w:pStyle w:val="ListNumber"/>
      </w:pPr>
      <w:r>
        <w:t>Döngü kur.</w:t>
      </w:r>
    </w:p>
    <w:p>
      <w:pPr>
        <w:pStyle w:val="ListNumber"/>
      </w:pPr>
      <w:r>
        <w:t>Cevabı normalize et.</w:t>
      </w:r>
    </w:p>
    <w:p>
      <w:pPr>
        <w:pStyle w:val="ListNumber"/>
      </w:pPr>
      <w:r>
        <w:t>Puanı hesapla.</w:t>
      </w:r>
    </w:p>
    <w:p>
      <w:pPr>
        <w:pStyle w:val="ListNumber"/>
      </w:pPr>
      <w:r>
        <w:t>Sonuç mesajı ekle.</w:t>
      </w:r>
    </w:p>
    <w:p>
      <w:pPr>
        <w:pStyle w:val="Heading2"/>
      </w:pPr>
      <w:r>
        <w:t>Quiz başlangıç kodu</w:t>
      </w:r>
    </w:p>
    <w:p>
      <w:r>
        <w:t>Sorular öğretmen tarafından doğrulanmalı; büyük/küçük harf ve boşluk davranışı önceden belirlenmelidir.</w:t>
      </w:r>
    </w:p>
    <w:p>
      <w:pPr>
        <w:ind w:left="288"/>
      </w:pPr>
      <w:r>
        <w:rPr>
          <w:rFonts w:ascii="Consolas" w:hAnsi="Consolas"/>
          <w:sz w:val="17"/>
        </w:rPr>
        <w:t>sorular = [("Python'da liste hangi işaretle yazılır?", "[]"), ("Eşitlik karşılaştırması?", "==")]</w:t>
        <w:br/>
        <w:t>puan = 0</w:t>
        <w:br/>
        <w:t>for soru, cevap in sorular:</w:t>
        <w:br/>
        <w:t xml:space="preserve">    kullanici = input(soru + " ").strip()</w:t>
        <w:br/>
        <w:t xml:space="preserve">    if kullanici == cevap: puan += 1</w:t>
        <w:br/>
        <w:t>print(f"Sonuç: {puan}/{len(sorular)}")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Tüm doğru</w:t>
      </w:r>
    </w:p>
    <w:p>
      <w:pPr>
        <w:pStyle w:val="ListNumber"/>
      </w:pPr>
      <w:r>
        <w:t>Tüm yanlış</w:t>
      </w:r>
    </w:p>
    <w:p>
      <w:pPr>
        <w:pStyle w:val="ListNumber"/>
      </w:pPr>
      <w:r>
        <w:t>Baş/son boşluk</w:t>
      </w:r>
    </w:p>
    <w:p>
      <w:pPr>
        <w:pStyle w:val="ListNumber"/>
      </w:pPr>
      <w:r>
        <w:t>Büyük/küçük harf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Cevap normalizasyonu yok: Girdiyi veya bağlantıyı tek tek doğrula; değişiklikten sonra aynı testi yeniden çalıştır.</w:t>
      </w:r>
    </w:p>
    <w:p>
      <w:pPr>
        <w:pStyle w:val="ListBullet"/>
      </w:pPr>
      <w:r>
        <w:t>Puan her turda sıfırlanıyor: Girdiyi veya bağlantıyı tek tek doğrula; değişiklikten sonra aynı testi yeniden çalıştır.</w:t>
      </w:r>
    </w:p>
    <w:p>
      <w:pPr>
        <w:pStyle w:val="ListBullet"/>
      </w:pPr>
      <w:r>
        <w:t>Soru/cevap eşleşmesi bozuk: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Kişisel veri soran quiz hazırlamayın.</w:t>
      </w:r>
    </w:p>
    <w:p>
      <w:pPr>
        <w:pStyle w:val="ListBullet"/>
      </w:pPr>
      <w:r>
        <w:t>Aşağılayıcı sonuç mesajı kullanmayın.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Soru karıştırma</w:t>
      </w:r>
    </w:p>
    <w:p>
      <w:pPr>
        <w:pStyle w:val="ListBullet"/>
      </w:pPr>
      <w:r>
        <w:t>Kategori</w:t>
      </w:r>
    </w:p>
    <w:p>
      <w:pPr>
        <w:pStyle w:val="ListBullet"/>
      </w:pPr>
      <w:r>
        <w:t>Açıklamalı cevap</w:t>
      </w:r>
    </w:p>
    <w:p>
      <w:pPr>
        <w:pStyle w:val="Heading1"/>
      </w:pPr>
      <w:r>
        <w:t>Beklenen sonuç</w:t>
      </w:r>
    </w:p>
    <w:p>
      <w:r>
        <w:t>En az beş doğrulanmış soru ekle; yanlış cevapta açıklayıcı geribildirim göster.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