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Kelime Tahmin Oyunu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Python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Döngü koşulu, indeks ve durum güncellemeyi oyun akışında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Gizli kelime, doğru harfler açılarak ve hatalı denemeler sayılarak bulunmalıdır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String üzerinde arama yapar.</w:t>
      </w:r>
    </w:p>
    <w:p>
      <w:pPr>
        <w:pStyle w:val="ListBullet"/>
      </w:pPr>
      <w:r>
        <w:t>Liste durumunu günceller.</w:t>
      </w:r>
    </w:p>
    <w:p>
      <w:pPr>
        <w:pStyle w:val="ListBullet"/>
      </w:pPr>
      <w:r>
        <w:t>Döngü bitiş koşulu kurar.</w:t>
      </w:r>
    </w:p>
    <w:p>
      <w:pPr>
        <w:pStyle w:val="Heading1"/>
      </w:pPr>
      <w:r>
        <w:t>Hazırlık</w:t>
      </w:r>
    </w:p>
    <w:p>
      <w:pPr>
        <w:pStyle w:val="ListBullet"/>
      </w:pPr>
      <w:r>
        <w:t>Python Kelime Tahmin Oyunu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Python 3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Yaşa uygun kelime listesi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Python</w:t>
      </w:r>
    </w:p>
    <w:p>
      <w:pPr>
        <w:pStyle w:val="ListBullet"/>
      </w:pPr>
      <w:r>
        <w:t>String</w:t>
      </w:r>
    </w:p>
    <w:p>
      <w:pPr>
        <w:pStyle w:val="ListBullet"/>
      </w:pPr>
      <w:r>
        <w:t>Döngü</w:t>
      </w:r>
    </w:p>
    <w:p>
      <w:pPr>
        <w:pStyle w:val="ListBullet"/>
      </w:pPr>
      <w:r>
        <w:t>Liste</w:t>
      </w:r>
    </w:p>
    <w:p>
      <w:pPr>
        <w:pStyle w:val="Heading1"/>
      </w:pPr>
      <w:r>
        <w:t>Ön bilgiler</w:t>
      </w:r>
    </w:p>
    <w:p>
      <w:pPr>
        <w:pStyle w:val="ListBullet"/>
      </w:pPr>
      <w:r>
        <w:t>Python 3 çalışma ortamı</w:t>
      </w:r>
    </w:p>
    <w:p>
      <w:pPr>
        <w:pStyle w:val="ListBullet"/>
      </w:pPr>
      <w:r>
        <w:t>Değişken ve temel koşul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“Gizli kelime, doğru harfler açılarak ve hatalı denemeler sayılarak bulunmalıdır”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Gizli kelimeyi belirle.</w:t>
      </w:r>
    </w:p>
    <w:p>
      <w:pPr>
        <w:pStyle w:val="ListNumber"/>
      </w:pPr>
      <w:r>
        <w:t>Alt çizgi listesini oluştur.</w:t>
      </w:r>
    </w:p>
    <w:p>
      <w:pPr>
        <w:pStyle w:val="ListNumber"/>
      </w:pPr>
      <w:r>
        <w:t>Harf al.</w:t>
      </w:r>
    </w:p>
    <w:p>
      <w:pPr>
        <w:pStyle w:val="ListNumber"/>
      </w:pPr>
      <w:r>
        <w:t>Eşleşmeleri aç.</w:t>
      </w:r>
    </w:p>
    <w:p>
      <w:pPr>
        <w:pStyle w:val="ListNumber"/>
      </w:pPr>
      <w:r>
        <w:t>Hak ve bitiş kontrolü ekle.</w:t>
      </w:r>
    </w:p>
    <w:p>
      <w:pPr>
        <w:pStyle w:val="Heading2"/>
      </w:pPr>
      <w:r>
        <w:t>Kelime tahmin kodu</w:t>
      </w:r>
    </w:p>
    <w:p>
      <w:r>
        <w:t>[:1] yalnız ilk karakteri alır; boş girdi ayrıca kontrol edilerek geliştirilebilir.</w:t>
      </w:r>
    </w:p>
    <w:p>
      <w:pPr>
        <w:ind w:left="288"/>
      </w:pPr>
      <w:r>
        <w:rPr>
          <w:rFonts w:ascii="Consolas" w:hAnsi="Consolas"/>
          <w:sz w:val="17"/>
        </w:rPr>
        <w:t>gizli = "algoritma"</w:t>
        <w:br/>
        <w:t>tahmin = ["_"] * len(gizli)</w:t>
        <w:br/>
        <w:t>hak = 6</w:t>
        <w:br/>
        <w:t>while hak &gt; 0 and "_" in tahmin:</w:t>
        <w:br/>
        <w:t xml:space="preserve">    harf = input("Bir harf: ").lower()[:1]</w:t>
        <w:br/>
        <w:t xml:space="preserve">    if harf in gizli:</w:t>
        <w:br/>
        <w:t xml:space="preserve">        for i, karakter in enumerate(gizli):</w:t>
        <w:br/>
        <w:t xml:space="preserve">            if karakter == harf: tahmin[i] = harf</w:t>
        <w:br/>
        <w:t xml:space="preserve">    else: hak -= 1</w:t>
        <w:br/>
        <w:t xml:space="preserve">    print(" ".join(tahmin), "Hak:", hak)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Doğru harf</w:t>
      </w:r>
    </w:p>
    <w:p>
      <w:pPr>
        <w:pStyle w:val="ListNumber"/>
      </w:pPr>
      <w:r>
        <w:t>Yanlış harf</w:t>
      </w:r>
    </w:p>
    <w:p>
      <w:pPr>
        <w:pStyle w:val="ListNumber"/>
      </w:pPr>
      <w:r>
        <w:t>Tekrarlanan harf</w:t>
      </w:r>
    </w:p>
    <w:p>
      <w:pPr>
        <w:pStyle w:val="ListNumber"/>
      </w:pPr>
      <w:r>
        <w:t>Boş giriş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İndeks güncellenmiyor: Girdiyi veya bağlantıyı tek tek doğrula; değişiklikten sonra aynı testi yeniden çalıştır.</w:t>
      </w:r>
    </w:p>
    <w:p>
      <w:pPr>
        <w:pStyle w:val="ListBullet"/>
      </w:pPr>
      <w:r>
        <w:t>Türkçe karakter karşılaştırması: Girdiyi veya bağlantıyı tek tek doğrula; değişiklikten sonra aynı testi yeniden çalıştır.</w:t>
      </w:r>
    </w:p>
    <w:p>
      <w:pPr>
        <w:pStyle w:val="ListBullet"/>
      </w:pPr>
      <w:r>
        <w:t>Boş giriş: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Kelime listesinde kişisel veya ayrımcı ifade kullanmayın.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Rastgele kelime</w:t>
      </w:r>
    </w:p>
    <w:p>
      <w:pPr>
        <w:pStyle w:val="ListBullet"/>
      </w:pPr>
      <w:r>
        <w:t>İpucu</w:t>
      </w:r>
    </w:p>
    <w:p>
      <w:pPr>
        <w:pStyle w:val="ListBullet"/>
      </w:pPr>
      <w:r>
        <w:t>Tekrar tahmin kontrolü</w:t>
      </w:r>
    </w:p>
    <w:p>
      <w:pPr>
        <w:pStyle w:val="Heading1"/>
      </w:pPr>
      <w:r>
        <w:t>Beklenen sonuç</w:t>
      </w:r>
    </w:p>
    <w:p>
      <w:r>
        <w:t>Tekrar tahmin edilen harfi hak düşürmeden bildiren kontrol ekle.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