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Kelime Tahmin Oyunu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Python Kelime Tahmin Oyunu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