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Prompt Mühendisliğine Giriş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Yapay Zekâ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1–2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Prompt değişikliklerinin çıktı üzerindeki etkisini gözlemlemek ve açık talimat yazmak.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Belirsiz istekler tutarsız çıktılar üretir; iyi prompt gereksinimi açıklaştırmalıdır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Beş prompt bileşenini ayırt eder.</w:t>
      </w:r>
    </w:p>
    <w:p>
      <w:pPr>
        <w:pStyle w:val="ListBullet"/>
      </w:pPr>
      <w:r>
        <w:t>Tek değişkenli karşılaştırma yapar.</w:t>
      </w:r>
    </w:p>
    <w:p>
      <w:pPr>
        <w:pStyle w:val="ListBullet"/>
      </w:pPr>
      <w:r>
        <w:t>Çıktı sınırlarını açıklar.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Prompt Mühendisliğine Giriş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Kişisel veri içermeyen örnek görev</w:t>
      </w:r>
    </w:p>
    <w:p>
      <w:pPr>
        <w:pStyle w:val="ListBullet"/>
      </w:pPr>
      <w:r>
        <w:t>Karşılaştırma tablosu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Prompt Tasarımı</w:t>
      </w:r>
    </w:p>
    <w:p>
      <w:pPr>
        <w:pStyle w:val="ListBullet"/>
      </w:pPr>
      <w:r>
        <w:t>Karşılaştırma</w:t>
      </w:r>
    </w:p>
    <w:p>
      <w:pPr>
        <w:pStyle w:val="ListBullet"/>
      </w:pPr>
      <w:r>
        <w:t>Dijital Okuryazarlık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“Belirsiz istekler tutarsız çıktılar üretir; iyi prompt gereksinimi açıklaştırmalıdır”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Belirsiz promptu dene.</w:t>
      </w:r>
    </w:p>
    <w:p>
      <w:pPr>
        <w:pStyle w:val="ListNumber"/>
      </w:pPr>
      <w:r>
        <w:t>Rol ekle.</w:t>
      </w:r>
    </w:p>
    <w:p>
      <w:pPr>
        <w:pStyle w:val="ListNumber"/>
      </w:pPr>
      <w:r>
        <w:t>Bağlam/görev ekle.</w:t>
      </w:r>
    </w:p>
    <w:p>
      <w:pPr>
        <w:pStyle w:val="ListNumber"/>
      </w:pPr>
      <w:r>
        <w:t>Kısıt ve biçim ekle.</w:t>
      </w:r>
    </w:p>
    <w:p>
      <w:pPr>
        <w:pStyle w:val="ListNumber"/>
      </w:pPr>
      <w:r>
        <w:t>Çıktıları karşılaştır.</w:t>
      </w:r>
    </w:p>
    <w:p>
      <w:pPr>
        <w:pStyle w:val="Heading2"/>
      </w:pPr>
      <w:r>
        <w:t>Prompt anatomisi</w:t>
      </w:r>
    </w:p>
    <w:p>
      <w:r>
        <w:t>Rol: [uzmanlık].</w:t>
        <w:br/>
        <w:t>Bağlam: [hedef kitle ve mevcut bilgi].</w:t>
        <w:br/>
        <w:t>Görev: [tek ve ölçülebilir eylem].</w:t>
        <w:br/>
        <w:t>Kısıt: [güvenlik, uzunluk, kapsam].</w:t>
        <w:br/>
        <w:t>Çıktı: [tablo, liste veya adımlar].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Bağlam yok</w:t>
      </w:r>
    </w:p>
    <w:p>
      <w:pPr>
        <w:pStyle w:val="ListNumber"/>
      </w:pPr>
      <w:r>
        <w:t>Çelişen kısıt</w:t>
      </w:r>
    </w:p>
    <w:p>
      <w:pPr>
        <w:pStyle w:val="ListNumber"/>
      </w:pPr>
      <w:r>
        <w:t>Belirsiz çıktı biçimi</w:t>
      </w:r>
    </w:p>
    <w:p>
      <w:pPr>
        <w:pStyle w:val="ListNumber"/>
      </w:pPr>
      <w:r>
        <w:t>Aşırı geniş görev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Aynı anda çok değişken: Girdiyi veya bağlantıyı tek tek doğrula; değişiklikten sonra aynı testi yeniden çalıştır.</w:t>
      </w:r>
    </w:p>
    <w:p>
      <w:pPr>
        <w:pStyle w:val="ListBullet"/>
      </w:pPr>
      <w:r>
        <w:t>Sonucu nesnel gerçek saymak: Girdiyi veya bağlantıyı tek tek doğrula; değişiklikten sonra aynı testi yeniden çalıştır.</w:t>
      </w:r>
    </w:p>
    <w:p>
      <w:pPr>
        <w:pStyle w:val="ListBullet"/>
      </w:pPr>
      <w:r>
        <w:t>Hassas veri: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Kişisel veri kullanmayın.</w:t>
      </w:r>
    </w:p>
    <w:p>
      <w:pPr>
        <w:pStyle w:val="ListBullet"/>
      </w:pPr>
      <w:r>
        <w:t>Çıktının doğruluğunu bağımsız kontrol edin.</w:t>
      </w:r>
    </w:p>
    <w:p>
      <w:pPr>
        <w:pStyle w:val="ListBullet"/>
      </w:pPr>
      <w:r>
        <w:t>Zararlı veya etik dışı görev istemeyin.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Prompt değerlendirme rubriği</w:t>
      </w:r>
    </w:p>
    <w:p>
      <w:pPr>
        <w:pStyle w:val="ListBullet"/>
      </w:pPr>
      <w:r>
        <w:t>Sürüm günlüğü</w:t>
      </w:r>
    </w:p>
    <w:p>
      <w:pPr>
        <w:pStyle w:val="ListBullet"/>
      </w:pPr>
      <w:r>
        <w:t>Farklı modelleri kavramsal karşılaştırma</w:t>
      </w:r>
    </w:p>
    <w:p>
      <w:pPr>
        <w:pStyle w:val="Heading1"/>
      </w:pPr>
      <w:r>
        <w:t>Beklenen sonuç</w:t>
      </w:r>
    </w:p>
    <w:p>
      <w:r>
        <w:t>Aynı görev için üç prompt sürümü yaz; her sürümde yalnız bir bileşeni değiştirip etkisini açıkla.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