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Prompt Mühendisliğine Giriş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Prompt Mühendisliğine Giriş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