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Phishing Dedektifi — Güvenli E-posta Analizi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Phishing Dedektifi — Güvenli E-posta Analizi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