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Okul Tanıtım Web Sitesi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Okul Tanıtım Web Sitesi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Düzen, etik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