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Öğrenci Portfolyo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Öğrenci Portfolyo Sitesi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