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Mini Akıllı Ev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IoT Mini Akıllı Ev Sistemi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