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Trafik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Arduino Trafik Lambası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