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Parametrik 3B Kalemlik Tasarımı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Parametrik 3B Kalemlik Tasarımı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